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שאלה 1 – "יגון": תרגול תשובה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מלמד לענות על השאלה בנוסח בגרות צעד אחר צעד: פירוק השאלה, תכנון, טענה–ביסוס–הסבר–סיכום, ובדיקת תשובה חלשה לפי המחוון. מומלץ לעבוד עם עמוד השאלה באתר ועם עמוד היצירה "יגון".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השאלה מבקשת מכם לעשות?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להראות בשני אמצעים לפחות כיצד באה הביקורת על החברה, ולהסביר מה הסיפור מעורר בקוראים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בכמה אמצעים לפחות צריך לעסוק בתשובה?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בשניים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טובה מספרת את כל העלילה מההתחלה עד הסוף, בלי טענה.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פותחים בטענה שעונה על השאלה, ומביאים רק את מה שמוכיח אותה.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שלבי כתיבת התשובה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ג → ב → ד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הראיה מהיצירה לבין מה שהיא מוכיחה.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2–ב, 3–ג,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טענה משלכם, שעונה בדיוק על השאלה.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"יגון" מבקר חברה עירונית קרה, שבה אדם שאיבד את בנו אינו מוצא ולו אוזן אחת קשבת. הביקורת נבנית בהדרגה – מפגש אחר מפגש – ונחתמת בסיום אירוני וכואב.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 על שאלה 1: הראו כיצד באה לידי ביטוי בסיפור "יגון" הביקורת על חברה שאינה מקשיבה לכאבו של היחיד, בשני אמצעים לפחות, והסבירו מה הסיפור מעורר בקוראים.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הסיפור מבקר חברה קרה שאינה מקשיבה. אמצעים: המפגשים החוזרים (איש הצבא, הצעירים, השוער, העגלון הצעיר), תיאור השלג והעיר, הסיום עם הסוסה; הסבר לכל אחד; מה הסיפור מעורר – אי-נוחות ושאלה אישית על הקשבה. המחוון (25 נק׳): טענה 5, ביסוס 8, הסבר 7, מושגים 3, מבנה ולשון 2.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אמצעי: המפגשים החוזרים, השלג והעיר, הסיום עם הסוסה, אירוניה.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תגובת הצעיר הגיבן מופיעה בעמוד השאלה "בתרגום שלנו" – לוודא את הניסוח בתרגום שבמקראה.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"שאלה 1 – "יגון": תרגול תשובה"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❄️ שאלה 1 – "יגון": תרגול תשובה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מפרקים את השאלה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קראו את השאלה. סמנו תשובה אחת.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מה השאלה מבקשת מכם לעשות?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להראות בשני אמצעים לפחות כיצד באה הביקורת על החברה, ולהסביר מה הסיפור מעורר בקוראים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לסכם את העלילה לפי הסדר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לתאר רק את דמותו של איש הצבא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בכמה אמצעים לפחות צריך לעסוק בתשובה?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באחד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בשניים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בארבעה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תשובה טובה מספרת את כל העלילה מההתחלה עד הסוף, בלי טענה.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 את התשובה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סדרו, חברו בקו,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מספרו את שלבי כתיבת התשובה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כתבו משפט טענה: "בסיפור 'יגון' מעוצבת ביקורת על…"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הסבירו: מה זה מלמד על החברה? ("הדבר מראה ש…")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בחרו שני מפגשים או אמצעים, ולכל אחד: מה קרה? מה נאמר?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הוסיפו את הסיום: למה דווקא הסוסה מקשיבה?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סכמו: מה הסיפור מעורר בנו?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התאימו בין הראיה מהיצירה לבין מה שהיא מוכיחה.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המפגשים החוזרים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רק בעל חיים "מקשיב" – החיה אנושית מבני האדם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תגובת הצעיר הגיבן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משפט כללי וקליל מבטל את הכאב הפרטי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השלג והעיר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האדם קופא במקומו בתוך המון שאינו רואה אותו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הסיום עם הסוסה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כל ניסיון של יונה נקטע – זו אדישות של חברה שלמה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בפתיחי משפטים: "הדבר מראה ש...", "לכן...".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כתבו משפט טענה משלכם, שעונה בדיוק על השאלה.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ענו על שאלה 1: הראו כיצד באה לידי ביטוי בסיפור "יגון" הביקורת על חברה שאינה מקשיבה לכאבו של היחיד, בשני אמצעים לפחות, והסבירו מה הסיפור מעורר בקוראים.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מהם ארבעת חלקי התשובה,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אמצעי אחד שמראה את הביקורת בסיפור.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שאלה 1 – "יגון": תרגול תשובה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