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1 – "יגון": תרגול תשובה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"יגון".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צריך לעשות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להראות בשני אמצעים לפחות כיצד באה הביקורת על החברה, ולהסביר מה הסיפור מעורר בקוראים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בכמה אמצעים לפחות צריך לעסוק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בשניים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טובה מספרת את כל העלילה מההתחלה עד הסוף, בלי טענה.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פותחים בטענה שעונה על השאלה, ומביאים רק את מה שמוכיח אותה.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הסיום עם הסוסה הוא שיא הביקורת, ולכן כדאי להתייחס אליו בתשובה.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החלק ששווה הכי הרבה נקודות הוא ה____ – דוגמאות מדויקות מהיצירה (8 נקודות).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הטענה הטוב ביותר לתשובה?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"יגון" מבקר חברה קרה, שבה אדם שאיבד את בנו אינו מוצא אוזן קשבת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עושה העגלון הצעיר באכסניה כשיונה מדבר אליו?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נרדם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השלבים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א → ג → ד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דוגמה למה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2–ג, 3–א, 4–ד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אחד: מה אתם רוצים להוכיח?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"יגון" מבקר חברה עירונית קרה, שבה אדם שאיבד את בנו אינו מוצא ולו אוזן אחת קשבת. הביקורת נבנית בהדרגה – מפגש אחר מפגש – ונחתמת בסיום אירוני וכואב.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תשובה: איך הסיפור מראה שאנשים לא מקשיבים ליונה? תנו שתי דוגמאות והסבירו.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הסיפור מבקר חברה קרה שאינה מקשיבה. אמצעים: המפגשים החוזרים (איש הצבא, הצעירים, השוער, העגלון הצעיר), תיאור השלג והעיר, הסיום עם הסוסה; הסבר לכל אחד; מה הסיפור מעורר – אי-נוחות ושאלה אישית על הקשבה.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אמצעי: המפגשים החוזרים, השלג והעיר, הסיום עם הסוסה, אירוניה.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תגובת הצעיר הגיבן מופיעה בעמוד השאלה "בתרגום שלנו" – לוודא את הניסוח בתרגום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1 – "יגון":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❄️ שאלה 1 – "יגון":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הראשי שאתם רוצים להוכיח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claim, thesis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הוכחות מהיצירה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evidence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קישור בין ההוכחה לטענה: למה היא מוכיחה אותה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explanation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סוגר שחוזר לטענה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conclusion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מחוון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רשימת הדברים שבודקים בתשובה, עם נקודות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rubric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מילת הוראה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הפועל בשאלה שאומר מה לעשות (הסבירו, הראו)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task word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מדויקות מהיצירה, במירכאות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quotation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אדישות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כשלא אכפת לאדם מאחרים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indifference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כשנאמר או קורה ההפך ממה שמצפים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השאלה. סמנו תשובה אחת.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ביסוס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צריך לעשות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להראות בשני אמצעים לפחות כיצד באה הביקורת על החברה, ולהסביר מה הסיפור מעורר בקוראים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לסכם את העלילה לפי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לתאר רק את דמותו של איש הצבא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לכתוב אם יונה היה צריך לחזור לכפר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בכמה אמצעים לפחות צריך לעסוק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באחד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בשניים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בארבעה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בשישה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תשובה טובה מספרת את כל העלילה מההתחלה עד הסוף, בלי טענה.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הסיום עם הסוסה הוא שיא הביקורת, ולכן כדאי להתייחס אליו בתשובה.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המחוון, החלק ששווה הכי הרבה נקודות הוא ה_______________ – דוגמאות מדויקות מהיצירה (8 נקודות).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איזה משפט הוא משפט הטענה הטוב ביותר לתשובה?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"יגון" הוא סיפור עצוב על עגלון זקן.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"יגון" מבקר חברה קרה, שבה אדם שאיבד את בנו אינו מוצא אוזן קשבת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יונה נוסע בעיר מושלגת ופוגש כמה נוסעים.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לדעתי החברה רעה.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 עושה העגלון הצעיר באכסניה כשיונה מדבר אליו?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מגרש אותו מהמקום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נרדם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מכה אותו בעורפו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מבקש לנסוע מהר יותר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חברו בקו,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השלבים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שני מפגשים או אמצעים, ולכל אחד: מה קרה? מה נאמר?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טענה: "בסיפור 'יגון' מעוצבת ביקורת על…"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הסבירו: מה זה מלמד על החברה? ("הדבר מראה ש…")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הוסיפו את הסיום: למה דווקא הסוסה מקשיבה?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סכמו: מה הסיפור מעורר בנו?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כל דוגמה למה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המפגשים החוזרים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האדם קופא במקומו בתוך המון שאינו רואה אותו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תגובת הצעיר הגיבן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ניסיון של יונה נקטע – זו אדישות של חברה שלמה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השלג והעיר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כללי וקליל מבטל את הכאב הפרטי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הסיום עם הסוסה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רק בעל חיים "מקשיב" – החיה אנושית מבני האדם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בפתיחי משפטים: "הדבר מראה ש...", "לכן...".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כתבו משפט אחד: מה אתם רוצים להוכיח?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תשובה: איך הסיפור מראה שאנשים לא מקשיבים ליונה? תנו שתי דוגמאות והסבירו.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אמצעי אחד שמראה את הביקורת בסיפור.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"בפעם הבאה שאענה על שאלה כזאת, אקפיד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1 – "יגון": תרגול תשובה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