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מאחורי הגדר – דף תרגול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עוסק בדמויות, בסמלים ובמבנה של הנובלה "מאחורי הגדר", ומסתיים בפסקה בנוסח בגרות. מומלץ להזכיר שהשם בנוסח המקורי הוא "מארינקא" (ובחומרים אחרים "מרינקה").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יש בין החצרות?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גדר של קרשים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איפה הם נפגשים בפעם הראשונה?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דרך נקב בגדר, ליד ערוגות שנח זרע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נח אוהב מאוד ללמוד בחדר.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נח אינו מוצא את מקומו בחדר; לבו הולך אחר כלבים, סוסים וגנים, והמלמדים ממאסים בו.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הכלב האימתני של הזקנה, ____, נעשה ידידו של נח ושומר על סוד הפגישות.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שקוריפין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עושה אביו של נח אחרי מלחמת האבנים?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לוקח אותו לאורווה ומכה אותו מכות קשות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בסוף הנובלה נח נושא לאישה את מארינקא.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נח נושא, בעזרת שדכן, בת של מוכסן; מארינקא מציצה עם תינוק דרך סדק בגדר.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באיזה ליל מתרחש השיא של הנובלה?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ליל שבת בתמוז, בירח מלא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חברו כל דמות לתיאור שלה.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1–ה, 2–ב, 3–ד, 4–ג, 5–א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מספרו לפי הסדר.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ב → ה → ד → ג → 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הגדר מסמלת? מה קורה בנקב בהתחלה ובסדק בסוף?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הגדר מפרידה בין שני עולמות. דרך הנקב נוצר הקשר בילדות; דרך הסדק בסוף מארינקא רק מציצה מבחוץ – מה שהיה פתח לקשר הפך לחלון של נידוי.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פסקה: נח אוהב את מארינקא, אבל מתחתן עם אחרת. למה? תנו שתי דוגמאות.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טענה: האהבה בין נח למארינקא צומחת דרך הגדר, אך המוסכמות גוברות. ביסוס: הפגישה דרך הנקב; מכות האב אחרי מלחמת האבנים; ליל תמוז; החתונה עם בת המוכסן והסדק בסוף. הסבר: הגדר כסמל לחומה בין עולמות; נח נכנע ומארינקא נשארת מאחור. סיכום. מחוון: טענה, ביסוס, הסבר, מושגים (סמל, אירוניה), מבנה.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הגדר: חומה בין עולמות וקהילות, שיש בה נקבים לקשר. רגעים: השיחות דרך הנקב, המשחקים בגן, מלחמת האבנים בראש הנערים הנוכרים, הקפיצה אל הגן בליל תמוז.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איות השמות (מארינקא/מרינקה, שקוריפינשטשיכא) – לפי הנוסח במקראה.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בשאלת הבגרות באתר (36) נח מתואר "ממשפחה של סוחרי עצים"; בעמוד היצירה זה לא מופיע – הדף לא משתמש בפרט זה.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"מאחורי הגדר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🪵 מאחורי הגדר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נובלה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סיפור ארוך מסיפור קצר וקצר מרומן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novella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גדר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קיר של קרשים שמפריד בין חצרות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fence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אסופית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ילדה שנמצאה ואין לה הורים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foundling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נוכרי / נוכרייה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שאינו יהודי (בלשון הנובלה)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gentile, stranger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שכונה בקצה העיר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suburb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מוסכמות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כללים שהחברה מצפה שכולם ישמרו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social conventions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סמל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דבר שמייצג רעיון גדול יותר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symbol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אירוניה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כשנאמר או קורה ההפך ממה שמצפים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irony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האנשה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לתת לדבר או לחיה תכונה של אדם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personification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הבנה ומידע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תשובה אחת נכונה.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שקוריפין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יש בין החצרות?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נהר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גדר של קרשים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רחוב גדול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שדה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איפה הם נפגשים בפעם הראשונה?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בשוק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בבית הכנסת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דרך נקב בגדר, ליד ערוגות שנח זרע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בשדה, בזמן העבודה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נח אוהב מאוד ללמוד בחדר.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הכלב האימתני של הזקנה, _______________, נעשה ידידו של נח ושומר על סוד הפגישות.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מה עושה אביו של נח אחרי מלחמת האבנים?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קונה לו מתנה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לוקח אותו לאורווה ומכה אותו מכות קשות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שולח אותו לכפר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מדבר עם הזקנה ומשלים איתה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בסוף הנובלה נח נושא לאישה את מארינקא.      ◯ נכון   ◯ לא נכון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באיזה ליל מתרחש השיא של הנובלה?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ליל שבת בתמוז, בירח מלא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ליל חנוכה מושלג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ליל הסדר בבית ההורים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ליל ראש השנה בבית הכנסת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התאמה, סדר ומיון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חברו בקו, מספרו, מיינו.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חברו כל דמות לתיאור שלה.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נח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אמו של נח, דאגנית וחולמת על בן תלמיד חכם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מארינקא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אסופית, עובדת קשה, חמה ונאמנה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שקוריפינשטשיכא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אביו של נח, תקיף ואלים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חנינא-ליפא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אלמנה נוכרייה עקשנית שאינה מוכרת את חצרה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ציפא-לאה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חולמני, אוהב טבע וחופש, נכנע בסוף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מספרו לפי הסדר.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נח מתחתן עם בת המוכסן, ומארינקא מציצה דרך סדק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משפחתו של נח מתיישבת בחצר הסמוכה, ופורצת מלחמת שכנים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בליל תמוז נח קופץ מן הגג אל הגן, אל מארינקא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מלחמת האבנים, ואחריה המכות של האב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מארינקא מגלה דרך הנקב את הערוגות של נח, והם נעשים ידידים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כתיבה ופרשנות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משפטים מלאים. השתמשו בדוגמה מהסיפור.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מה הגדר מסמלת? מה קורה בנקב בהתחלה ובסדק בסוף?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כתבו פסקה: נח אוהב את מארינקא, אבל מתחתן עם אחרת. למה? תנו שתי דוגמאות.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הגדר מסמלת בנובלה?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כתבו רגע אחד שבו נח חוצה את הגבול בין העולמות.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השלימו: "היום הבנתי ש..."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מאחורי הגדר – דף תרגול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