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מאחורי הגדר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בדמויות, בסמלים ובמבנה של הנובלה "מאחורי הגדר", ומסתיים בפסקה בנוסח בגרות. מומלץ להזכיר שהשם בנוסח המקורי הוא "מארינקא" (ובחומרים אחרים "מרינקה").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מפריד בין החצר של נח לחצר של הזקנה?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גדר של קרשים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נח ומארינקא נפגשים לראשונה?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דרך נקב בגדר, ליד ערוגות שנח זרע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 אוהב ללמוד בחדר, והמלמדים מרוצים ממנו מאוד.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נח אינו מוצא את מקומו בחדר; לבו הולך אחר כלבים, סוסים וגנים, והמלמדים ממאסים בו.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הכלב האימתני של הזקנה, ____, נעשה ידידו של נח ושומר על סוד הפגישות.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שקוריפין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עושה אביו של נח אחרי מלחמת האבנים?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לוקח אותו לאורווה ומכה אותו מכות קשות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הנובלה נח נושא לאישה את מארינקא.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נח נושא, בעזרת שדכן, בת של מוכסן; מארינקא מציצה עם תינוק דרך סדק בגדר.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ליל מתרחש השיא של הנובלה?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ליל שבת בתמוז, בירח מלא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התיאור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3–ב, 4–ג,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העלילה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ג → ה → ד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פרט: עולם השכונה היהודית או עולם החצר והגן של הזקנה?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השכונה היהודית: החדר והמלמדים، שדכן וחופה כמנהג، צפיפות، ציפייה לבן תלמיד חכם | החצר והגן של הזקנה: עץ התפוח، הכלב שקוריפין، טבע וחופש، מארינקא האסופית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מרמז עץ התפוח ש"מושיט" לנח שני תפוחים?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לגן עדן ולפרי האסור – פיתוי וחטא; זו גם האנשה, כאילו הטבע עצמו מזמין את נח לחצות את הגבול.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משמעות הגדר בנובלה? התייחסו לנקב בתחילה ולסדק בסוף.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 מפרידה בין שני עולמות. דרך הנקב נוצר הקשר בילדות; דרך הסדק בסוף מארינקא רק מציצה מבחוץ – מה שהיה פתח לקשר הפך לחלון של נידוי.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הסיום אירוני?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 מתחתן "כמנהג" עם "בתולה כשרה" בחופה וקידושין, ובאותו זמן מארינקא מציצה מאחורי הגדר עם תינוק – החתונה המכובדת מסתירה את האהבה שננטשה.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הסבירו כיצד מעוצב בנובלה המאבק בין רצון הלב לבין המוסכמות של החברה. התייחסו לשני רגעים לפחות (ציטוט קצר, טענה,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האהבה בין נח למארינקא צומחת דרך הגדר, אך המוסכמות גוברות. ביסוס: הפגישה דרך הנקב; מכות האב אחרי מלחמת האבנים; ליל תמוז; החתונה עם בת המוכסן והסדק בסוף. הסבר: הגדר כסמל לחומה בין עולמות; נח נכנע ומארינקא נשארת מאחור. סיכום. מחוון: טענה, ביסוס, הסבר, מושגים (סמל, אירוניה),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הגדר: חומה בין עולמות וקהילות, שיש בה נקבים לקשר. רגעים: השיחות דרך הנקב, המשחקים בגן, מלחמת האבנים בראש הנערים הנוכרים, הקפיצה אל הגן בליל תמוז.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איות השמות (מארינקא/מרינקה, שקוריפינשטשיכא) – לפי הנוסח 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בשאלת הבגרות באתר (36) נח מתואר "ממשפחה של סוחרי עצים"; בעמוד היצירה זה לא מופיע – הדף לא משתמש בפרט 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"מאחורי הגדר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🪵 מאחורי הגדר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מפריד בין החצר של נח לחצר של הזקנה?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גדר של קרשים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רחוב 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שדה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נח ומארינקא נפגשים לראשונה?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בשוק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בבית הכנסת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דרך נקב בגדר, ליד ערוגות שנח זרע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בשדה, בזמן העבודה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נח אוהב ללמוד בחדר, והמלמדים מרוצים ממנו מאוד.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הכלב האימתני של הזקנה, _______________, נעשה ידידו של נח ושומר על סוד הפגישות.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עושה אביו של נח אחרי מלחמת האבנים?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קונה לו מתנה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לוקח אותו לאורווה ומכה אותו מכות קשות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שולח אותו לכפר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מדבר עם הזקנה ומשלים איתה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בסוף הנובלה נח נושא לאישה את מארינקא.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באיזה ליל מתרחש השיא של הנובלה?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ליל שבת בתמוז, בירח 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ליל חנוכה מושלג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ליל הסדר בבית ההורים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ליל ראש השנה בבית הכנסת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הדמות לבין התיאור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חולמני, אוהב טבע וחופש, נכנע בסוף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מארינקא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אלמנה נוכרייה עקשנית שאינה מוכרת את חצרה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שקוריפינשטשיכא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אביו של נח, תקיף ואלים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חנינא-ליפא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אסופית, עובדת קשה, חמה ונאמנה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ציפא-לאה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 של נח, דאגנית וחולמת על בן תלמיד חכם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מספרו את שלבי העלילה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משפחתו של נח מתיישבת בחצר הסמוכה, ופורצת מלחמת שכנים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 מתחתן עם בת המוכסן, ומארינקא מציצה דרך סדק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מארינקא מגלה דרך הנקב את הערוגות של נח, והם נעשים ידידים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 תמוז נח קופץ מן הגג אל הגן, אל מארינקא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מלחמת האבנים, ואחריה המכות של האב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כל פרט: עולם השכונה היהודית או עולם החצר והגן של הזקנה?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טבע וחופש   ·   מארינקא האסופית   ·   החדר והמלמדים   ·   שדכן וחופה כמנהג   ·   עץ התפוח   ·   הכלב שקוריפין   ·   צפיפות   ·   ציפייה לבן תלמיד חכם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השכונה היהודית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החצר והגן של הזקנה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מרמז עץ התפוח ש"מושיט" לנח שני תפוחים?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מה משמעות הגדר בנובלה? התייחסו לנקב בתחילה ולסדק 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מדוע הסיום אירוני?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בנוסח בגרות: הסבירו כיצד מעוצב בנובלה המאבק בין רצון הלב לבין המוסכמות של החברה. התייחסו לשני רגעים לפחות (ציטוט קצר, טענה,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הגדר מסמלת בנובלה?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רגע אחד שבו נח חוצה את הגבול בין העולמות.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מאחורי הגדר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