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בית בובות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עוסק בעלילה, בדמויות, בסמלים ובאמצעי הדרמה ב"בית בובות", ומסתיים בפסקה בנוסח בגרות. כדאי להזכיר לתלמידים ולתלמידות שבמחזה אין מספר: הראיות הן דיאלוג והוראות במה.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נורה לקחה הלוואה?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כדי לממן נסיעת החלמה לבעלה החולה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מאיים לגלות את הסוד?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קרוגסטד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טורוואלד מגן על נורה כשהוא קורא את המכתב.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מתפרץ בזעם, מאשים אותה ודואג רק לשמו הטוב; "הדבר המופלא" אינו קורה.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נורה רוקדת את ריקוד ה____ כדי לעכב את טורוואלד מלפתוח את תיבת הדואר.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טרנטלה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קורה בסוף המחזה?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נורה עוזבת את הבית, ונשמעת דלת נטרקת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כריסטינה מחליטה שטורוואלד צריך לדעת את האמת, כדי שייגמרו השקרים בבית.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טורוואלד מדבר בגנות שקרנים וזייפנים, בלי לדעת שאשתו זייפה חתימה. זוהי...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אירוניה דרמטית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סמל למשמעות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1–ה, 2–ב, 3–ד, 4–א, 5–ג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ה → ג → א → 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נורה אומרת כשהיא אומרת שהייתה "בובה"?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היא מבינה שהייתה בובה – של אביה ואחר כך של בעלה: שיחקה תפקיד, לא החליטה בעצמה ולא דיברה איתו ברצינות.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פסקה: איך נורה משתנה? תנו שתי דוגמאות והסבירו.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נורה עוברת מ"בובה" לאדם שמחליט בעצמו. ביסוס: כינויי החיבה במערכה הראשונה והסוד; תגובת טורוואלד למכתב; החלפת התחפושת, השיחה הרצינית, "קודם כול אני אדם", טריקת הדלת. הסבר: כל רגע מקלף מסכה. סיכום. מחוון: טענה, ביסוס, הסבר, מושגים (הוראות במה, סמל),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תגובת טורוואלד למכתב – הוא דואג לשמו ולא לה. סמל: עץ חג המולד, הטרנטלה, תיבת הדואר, התחפושת, טריקת הדלת.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הציטוטים מהמחזה הם בתרגום שבאתר – לוודא מול התרגום שבמקראה.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"בית בובות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🪆 בית בובות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שנכתב לשחקנים על במה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play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גדול במחזה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act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הוראות במה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הסברים במחזה: מה עושים ומה שומעים על הבמה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stage directions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 דרמטית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הקהל יודע משהו שהדמות לא יודעת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dramatic irony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זיוף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לחתום בשם של אדם אחר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forgery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הלוואה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כסף שלוקחים וצריך להחזיר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loan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התפכחות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הרגע שבו מבינים את האמת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disillusionment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שמייצג רעיון גדול יותר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symbol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 פתוח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סוף שבו לא יודעים מה יקרה אחר כך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open ending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טרנטלה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למה נורה לקחה הלוואה?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כדי לקנות מתנות לחג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כדי לממן נסיעת החלמה לבעלה החולה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כדי לעזור לכריסטינה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כדי לנסוע לבדה לחו"ל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מאיים לגלות את הסוד?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דוקטור רנק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כריסטינה לינדה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קרוגסטד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טורוואלד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טורוואלד מגן על נורה כשהוא קורא את המכתב.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נורה רוקדת את ריקוד ה_______________ כדי לעכב את טורוואלד מלפתוח את תיבת הדואר.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קורה בסוף המחזה?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נורה נשארת בבית וסולחת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נורה עוזבת את הבית, ונשמעת דלת נטרקת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טורוואלד עוזב את הבית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קרוגסטד מגיע לבקש סליחה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כריסטינה מחליטה שטורוואלד צריך לדעת את האמת, כדי שייגמרו השקרים בבית.      ◯ נכון   ◯ לא נכון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טורוואלד מדבר בגנות שקרנים וזייפנים, בלי לדעת שאשתו זייפה חתימה. זוהי...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אירוניה דרמטית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חריזה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מונולוג פנימי של מספר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סיום סגור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חברו כל סמל למשמעות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עץ חג המולד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הסרת המסכה לפני השיחה האחרונה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ריקוד הטרנטלה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הפחד והייאוש, ותפקיד הבובה המשעשעת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תיבת הדואר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פרידה מהבית הישן ופתיחה של עולם לא ידוע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התחפושת והבגדים היומיומיים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שליטת הבעל בבית והאמת שאי אפשר לנעול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טריקת הדלת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מקושט בתחילה, מרוט במערכה השנייה – כמו מצבה של נורה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מספרו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מגיע מכתב שני, וטורוואלד קורא "ניצלתי!"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נורה מגלה לכריסטינה את סוד ההלוואה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טורוואלד קורא את המכתב ומתפרץ על נורה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נורה מחליפה בגדים, משוחחת עם בעלה ועוזבת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קרוגסטד משאיר מכתב חושפני בתיבת הדואר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מה נורה אומרת כשהיא אומרת שהייתה "בובה"?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פסקה: איך נורה משתנה? תנו שתי דוגמאות והסבירו.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גורם לנורה להבין את האמת על נישואיה?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סמל אחד מהמחזה ואת משמעותו.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"היום הבנתי ש..."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בית בובות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